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700"/>
        <w:jc w:val="center"/>
      </w:pPr>
      <w:r>
        <w:rPr>
          <w:b/>
          <w:color w:val="0057B8"/>
          <w:sz w:val="32"/>
        </w:rPr>
        <w:t>IEF EDUCACIÓN</w:t>
      </w:r>
    </w:p>
    <w:p>
      <w:pPr>
        <w:pStyle w:val="Title"/>
        <w:jc w:val="center"/>
      </w:pPr>
      <w:r/>
      <w:r>
        <w:t>GUÍA DE ACTIVIDADES Y PROYECTO INTEGRADOR</w:t>
      </w:r>
    </w:p>
    <w:p>
      <w:pPr>
        <w:jc w:val="center"/>
      </w:pPr>
      <w:r>
        <w:rPr>
          <w:b/>
          <w:sz w:val="32"/>
        </w:rPr>
        <w:t>Planificación Estratégica y Desarrollo Organizacional</w:t>
      </w:r>
    </w:p>
    <w:p>
      <w:pPr>
        <w:jc w:val="center"/>
      </w:pPr>
      <w:r>
        <w:t>Licenciatura en Administración de Empresas Cristianas</w:t>
      </w:r>
    </w:p>
    <w:p>
      <w:pPr>
        <w:spacing w:before="2000"/>
        <w:jc w:val="center"/>
      </w:pPr>
      <w:r>
        <w:rPr>
          <w:i/>
        </w:rPr>
        <w:t>Cuestionarios · Actividades · Plantillas · Rúbricas · Glosario</w:t>
      </w:r>
    </w:p>
    <w:p>
      <w:pPr>
        <w:pStyle w:val="Heading1"/>
      </w:pPr>
      <w:r>
        <w:t>7. Actividades prácticas calificables</w:t>
      </w:r>
    </w:p>
    <w:p>
      <w:pPr>
        <w:pStyle w:val="Heading2"/>
      </w:pPr>
      <w:r>
        <w:t>Actividad 1. Ficha de identidad estratégica</w:t>
      </w:r>
    </w:p>
    <w:p>
      <w:r>
        <w:t>Objetivo: definir los elementos básicos que orientan a una organización.</w:t>
      </w:r>
    </w:p>
    <w:p>
      <w:pPr>
        <w:pStyle w:val="ListBullet"/>
      </w:pPr>
      <w:r>
        <w:t>Nombre y descripción de la organización: ______________________________________________</w:t>
      </w:r>
    </w:p>
    <w:p>
      <w:pPr>
        <w:pStyle w:val="ListBullet"/>
      </w:pPr>
      <w:r>
        <w:t>Necesidad o problema que atiende: _____________________________________________________</w:t>
      </w:r>
    </w:p>
    <w:p>
      <w:pPr>
        <w:pStyle w:val="ListBullet"/>
      </w:pPr>
      <w:r>
        <w:t>Principales grupos de interés: _________________________________________________________</w:t>
      </w:r>
    </w:p>
    <w:p>
      <w:pPr>
        <w:pStyle w:val="ListBullet"/>
      </w:pPr>
      <w:r>
        <w:t>Propuesta de misión: _________________________________________________________________</w:t>
      </w:r>
    </w:p>
    <w:p>
      <w:pPr>
        <w:pStyle w:val="ListBullet"/>
      </w:pPr>
      <w:r>
        <w:t>Propuesta de visión: __________________________________________________________________</w:t>
      </w:r>
    </w:p>
    <w:p>
      <w:pPr>
        <w:pStyle w:val="ListBullet"/>
      </w:pPr>
      <w:r>
        <w:t>Cinco valores institucionales y un comportamiento observable por valor:</w:t>
      </w:r>
    </w:p>
    <w:p>
      <w:pPr>
        <w:pStyle w:val="ListBullet"/>
      </w:pPr>
      <w:r>
        <w:t>1. ______________________________ Comportamiento: __________________________________</w:t>
      </w:r>
    </w:p>
    <w:p>
      <w:pPr>
        <w:pStyle w:val="ListBullet"/>
      </w:pPr>
      <w:r>
        <w:t>2. ______________________________ Comportamiento: __________________________________</w:t>
      </w:r>
    </w:p>
    <w:p>
      <w:pPr>
        <w:pStyle w:val="ListBullet"/>
      </w:pPr>
      <w:r>
        <w:t>3. ______________________________ Comportamiento: __________________________________</w:t>
      </w:r>
    </w:p>
    <w:p>
      <w:pPr>
        <w:pStyle w:val="ListBullet"/>
      </w:pPr>
      <w:r>
        <w:t>4. ______________________________ Comportamiento: __________________________________</w:t>
      </w:r>
    </w:p>
    <w:p>
      <w:pPr>
        <w:pStyle w:val="ListBullet"/>
      </w:pPr>
      <w:r>
        <w:t>5. ______________________________ Comportamiento: __________________________________</w:t>
      </w:r>
    </w:p>
    <w:p>
      <w:pPr>
        <w:pStyle w:val="ListBullet"/>
      </w:pPr>
      <w:r>
        <w:t>Tres prioridades estratégicas preliminares: ______________________________________________</w:t>
      </w:r>
    </w:p>
    <w:p>
      <w:pPr>
        <w:pStyle w:val="Heading2"/>
      </w:pPr>
      <w:r>
        <w:t>Actividad 2. Diagnóstico FODA y PESTEL</w:t>
      </w:r>
    </w:p>
    <w:p>
      <w:r>
        <w:t>Instrucciones: seleccione una organización, identifique factores internos y externos, justifique cada factor y proponga prioridades. No escriba afirmaciones genéricas sin explicar su relevancia.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FORTALEZAS (internas)</w:t>
            </w:r>
          </w:p>
        </w:tc>
        <w:tc>
          <w:tcPr>
            <w:tcW w:type="dxa" w:w="4968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DEBILIDADES (internas)</w:t>
            </w:r>
          </w:p>
        </w:tc>
      </w:tr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1. __________________________________</w:t>
              <w:br/>
              <w:t>Evidencia: __________________________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1. __________________________________</w:t>
              <w:br/>
              <w:t>Evidencia: __________________________</w:t>
            </w:r>
          </w:p>
        </w:tc>
      </w:tr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2. __________________________________</w:t>
              <w:br/>
              <w:t>Evidencia: __________________________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2. __________________________________</w:t>
              <w:br/>
              <w:t>Evidencia: __________________________</w:t>
            </w:r>
          </w:p>
        </w:tc>
      </w:tr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3. __________________________________</w:t>
              <w:br/>
              <w:t>Evidencia: __________________________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3. __________________________________</w:t>
              <w:br/>
              <w:t>Evidencia: __________________________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OPORTUNIDADES (externas)</w:t>
            </w:r>
          </w:p>
        </w:tc>
        <w:tc>
          <w:tcPr>
            <w:tcW w:type="dxa" w:w="4968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AMENAZAS (externas)</w:t>
            </w:r>
          </w:p>
        </w:tc>
      </w:tr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1. __________________________________</w:t>
              <w:br/>
              <w:t>Fuente: _____________________________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1. __________________________________</w:t>
              <w:br/>
              <w:t>Fuente: _____________________________</w:t>
            </w:r>
          </w:p>
        </w:tc>
      </w:tr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2. __________________________________</w:t>
              <w:br/>
              <w:t>Fuente: _____________________________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2. __________________________________</w:t>
              <w:br/>
              <w:t>Fuente: _____________________________</w:t>
            </w:r>
          </w:p>
        </w:tc>
      </w:tr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3. __________________________________</w:t>
              <w:br/>
              <w:t>Fuente: _____________________________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3. __________________________________</w:t>
              <w:br/>
              <w:t>Fuente: _____________________________</w:t>
            </w:r>
          </w:p>
        </w:tc>
      </w:tr>
    </w:tbl>
    <w:p/>
    <w:p>
      <w:r>
        <w:t>Análisis PESTEL: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Factor</w:t>
            </w:r>
          </w:p>
        </w:tc>
        <w:tc>
          <w:tcPr>
            <w:tcW w:type="dxa" w:w="2484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Hallazgo / tendencia</w:t>
            </w:r>
          </w:p>
        </w:tc>
        <w:tc>
          <w:tcPr>
            <w:tcW w:type="dxa" w:w="2484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Impacto posible</w:t>
            </w:r>
          </w:p>
        </w:tc>
        <w:tc>
          <w:tcPr>
            <w:tcW w:type="dxa" w:w="2484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Fuente / evidencia</w:t>
            </w:r>
          </w:p>
        </w:tc>
      </w:tr>
      <w:tr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Político</w:t>
            </w:r>
          </w:p>
        </w:tc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Económico</w:t>
            </w:r>
          </w:p>
        </w:tc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Social</w:t>
            </w:r>
          </w:p>
        </w:tc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Tecnológico</w:t>
            </w:r>
          </w:p>
        </w:tc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Ambiental</w:t>
            </w:r>
          </w:p>
        </w:tc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Legal</w:t>
            </w:r>
          </w:p>
        </w:tc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484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</w:tr>
    </w:tbl>
    <w:p/>
    <w:p>
      <w:pPr>
        <w:pStyle w:val="Heading2"/>
      </w:pPr>
      <w:r>
        <w:t>Actividad 3. Matriz de planificación estratégica</w:t>
      </w:r>
    </w:p>
    <w:p>
      <w:r>
        <w:t>Instrucciones: formule objetivos SMART y conviértalos en actividades verificables. Agregue filas según las necesidades del proyecto.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19"/>
        <w:gridCol w:w="1419"/>
        <w:gridCol w:w="1419"/>
        <w:gridCol w:w="1419"/>
        <w:gridCol w:w="1419"/>
        <w:gridCol w:w="1419"/>
        <w:gridCol w:w="1419"/>
      </w:tblGrid>
      <w:tr>
        <w:tc>
          <w:tcPr>
            <w:tcW w:type="dxa" w:w="1419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Objetivo SMART</w:t>
            </w:r>
          </w:p>
        </w:tc>
        <w:tc>
          <w:tcPr>
            <w:tcW w:type="dxa" w:w="1419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Estrategia</w:t>
            </w:r>
          </w:p>
        </w:tc>
        <w:tc>
          <w:tcPr>
            <w:tcW w:type="dxa" w:w="1419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Actividad</w:t>
            </w:r>
          </w:p>
        </w:tc>
        <w:tc>
          <w:tcPr>
            <w:tcW w:type="dxa" w:w="1419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Responsable</w:t>
            </w:r>
          </w:p>
        </w:tc>
        <w:tc>
          <w:tcPr>
            <w:tcW w:type="dxa" w:w="1419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Recursos / presupuesto</w:t>
            </w:r>
          </w:p>
        </w:tc>
        <w:tc>
          <w:tcPr>
            <w:tcW w:type="dxa" w:w="1419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Plazo</w:t>
            </w:r>
          </w:p>
        </w:tc>
        <w:tc>
          <w:tcPr>
            <w:tcW w:type="dxa" w:w="1419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Indicador / meta</w:t>
            </w:r>
          </w:p>
        </w:tc>
      </w:tr>
      <w:tr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</w:tr>
    </w:tbl>
    <w:p/>
    <w:p>
      <w:pPr>
        <w:pStyle w:val="Heading2"/>
      </w:pPr>
      <w:r>
        <w:t>Actividad 4. Tablero de indicadores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19"/>
        <w:gridCol w:w="1419"/>
        <w:gridCol w:w="1419"/>
        <w:gridCol w:w="1419"/>
        <w:gridCol w:w="1419"/>
        <w:gridCol w:w="1419"/>
        <w:gridCol w:w="1419"/>
      </w:tblGrid>
      <w:tr>
        <w:tc>
          <w:tcPr>
            <w:tcW w:type="dxa" w:w="1419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Indicador</w:t>
            </w:r>
          </w:p>
        </w:tc>
        <w:tc>
          <w:tcPr>
            <w:tcW w:type="dxa" w:w="1419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Definición / fórmula</w:t>
            </w:r>
          </w:p>
        </w:tc>
        <w:tc>
          <w:tcPr>
            <w:tcW w:type="dxa" w:w="1419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Línea base</w:t>
            </w:r>
          </w:p>
        </w:tc>
        <w:tc>
          <w:tcPr>
            <w:tcW w:type="dxa" w:w="1419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Meta</w:t>
            </w:r>
          </w:p>
        </w:tc>
        <w:tc>
          <w:tcPr>
            <w:tcW w:type="dxa" w:w="1419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Fuente</w:t>
            </w:r>
          </w:p>
        </w:tc>
        <w:tc>
          <w:tcPr>
            <w:tcW w:type="dxa" w:w="1419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Frecuencia</w:t>
            </w:r>
          </w:p>
        </w:tc>
        <w:tc>
          <w:tcPr>
            <w:tcW w:type="dxa" w:w="1419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Responsable</w:t>
            </w:r>
          </w:p>
        </w:tc>
      </w:tr>
      <w:tr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19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</w:tr>
    </w:tbl>
    <w:p/>
    <w:p>
      <w:pPr>
        <w:pStyle w:val="Heading2"/>
      </w:pPr>
      <w:r>
        <w:t>Actividad 5. Matriz de riesgos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Riesgo</w:t>
            </w:r>
          </w:p>
        </w:tc>
        <w:tc>
          <w:tcPr>
            <w:tcW w:type="dxa" w:w="1656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Probabilidad (1-5)</w:t>
            </w:r>
          </w:p>
        </w:tc>
        <w:tc>
          <w:tcPr>
            <w:tcW w:type="dxa" w:w="1656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Impacto (1-5)</w:t>
            </w:r>
          </w:p>
        </w:tc>
        <w:tc>
          <w:tcPr>
            <w:tcW w:type="dxa" w:w="1656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Nivel / prioridad</w:t>
            </w:r>
          </w:p>
        </w:tc>
        <w:tc>
          <w:tcPr>
            <w:tcW w:type="dxa" w:w="1656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Medida de respuesta</w:t>
            </w:r>
          </w:p>
        </w:tc>
        <w:tc>
          <w:tcPr>
            <w:tcW w:type="dxa" w:w="1656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Responsable</w:t>
            </w:r>
          </w:p>
        </w:tc>
      </w:tr>
      <w:tr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656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t>8. Proyecto integrador: instrucciones para el estudiante</w:t>
      </w:r>
    </w:p>
    <w:p>
      <w:r>
        <w:t>Título: Diseño de un plan estratégico para una organización.</w:t>
      </w:r>
    </w:p>
    <w:p>
      <w:r>
        <w:t>Seleccione una organización real o simulada y prepare un documento que presente un diagnóstico sustentado y un plan viable. Si utiliza información de una organización real, proteja los datos confidenciales y cite las fuentes consultadas.</w:t>
      </w:r>
    </w:p>
    <w:p>
      <w:pPr>
        <w:pStyle w:val="ListNumber"/>
      </w:pPr>
      <w:r>
        <w:t>Portada e identificación de la organización.</w:t>
      </w:r>
    </w:p>
    <w:p>
      <w:pPr>
        <w:pStyle w:val="ListNumber"/>
      </w:pPr>
      <w:r>
        <w:t>Resumen ejecutivo.</w:t>
      </w:r>
    </w:p>
    <w:p>
      <w:pPr>
        <w:pStyle w:val="ListNumber"/>
      </w:pPr>
      <w:r>
        <w:t>Descripción de la organización, misión, visión, valores y grupos de interés.</w:t>
      </w:r>
    </w:p>
    <w:p>
      <w:pPr>
        <w:pStyle w:val="ListNumber"/>
      </w:pPr>
      <w:r>
        <w:t>Análisis externo e interno: PESTEL, FODA y problemas prioritarios.</w:t>
      </w:r>
    </w:p>
    <w:p>
      <w:pPr>
        <w:pStyle w:val="ListNumber"/>
      </w:pPr>
      <w:r>
        <w:t>Objetivos estratégicos SMART y estrategias seleccionadas.</w:t>
      </w:r>
    </w:p>
    <w:p>
      <w:pPr>
        <w:pStyle w:val="ListNumber"/>
      </w:pPr>
      <w:r>
        <w:t>Plan de acción con actividades, responsables, recursos, cronograma y presupuesto.</w:t>
      </w:r>
    </w:p>
    <w:p>
      <w:pPr>
        <w:pStyle w:val="ListNumber"/>
      </w:pPr>
      <w:r>
        <w:t>Indicadores con fórmula, línea base, metas y fuentes de verificación.</w:t>
      </w:r>
    </w:p>
    <w:p>
      <w:pPr>
        <w:pStyle w:val="ListNumber"/>
      </w:pPr>
      <w:r>
        <w:t>Riesgos principales y medidas de mitigación.</w:t>
      </w:r>
    </w:p>
    <w:p>
      <w:pPr>
        <w:pStyle w:val="ListNumber"/>
      </w:pPr>
      <w:r>
        <w:t>Conclusiones, recomendaciones, referencias y anexos.</w:t>
      </w:r>
    </w:p>
    <w:p>
      <w:pPr>
        <w:pStyle w:val="Heading2"/>
      </w:pPr>
      <w:r>
        <w:t>Rúbrica del proyecto final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Criterio</w:t>
            </w:r>
          </w:p>
        </w:tc>
        <w:tc>
          <w:tcPr>
            <w:tcW w:type="dxa" w:w="1987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Ponderación</w:t>
            </w:r>
          </w:p>
        </w:tc>
        <w:tc>
          <w:tcPr>
            <w:tcW w:type="dxa" w:w="1987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Excelente</w:t>
            </w:r>
          </w:p>
        </w:tc>
        <w:tc>
          <w:tcPr>
            <w:tcW w:type="dxa" w:w="1987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Aceptable</w:t>
            </w:r>
          </w:p>
        </w:tc>
        <w:tc>
          <w:tcPr>
            <w:tcW w:type="dxa" w:w="1987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Insuficiente</w:t>
            </w:r>
          </w:p>
        </w:tc>
      </w:tr>
      <w:tr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Diagnóstico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20 %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Factores relevantes con evidencia suficiente.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Diagnóstico pertinente pero con evidencia parcial.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Afirmaciones vagas o sin sustento.</w:t>
            </w:r>
          </w:p>
        </w:tc>
      </w:tr>
      <w:tr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Objetivos y estrategias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20 %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Objetivos medibles y estrategias coherentes.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Coherencia parcial o medición incompleta.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Objetivos vagos o estrategias inconexas.</w:t>
            </w:r>
          </w:p>
        </w:tc>
      </w:tr>
      <w:tr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Viabilidad del plan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20 %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Acciones, responsables, recursos y plazos realistas.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Faltan algunos elementos.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Plan no ejecutable o incompleto.</w:t>
            </w:r>
          </w:p>
        </w:tc>
      </w:tr>
      <w:tr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Indicadores y evaluación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15 %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Indicadores claros, metas y fuentes definidas.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Indicadores parcialmente definidos.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No permite verificar avances.</w:t>
            </w:r>
          </w:p>
        </w:tc>
      </w:tr>
      <w:tr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Ética y sostenibilidad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10 %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Analiza impactos y controles pertinentes.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Consideración general sin suficiente desarrollo.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No considera efectos éticos o sostenibilidad.</w:t>
            </w:r>
          </w:p>
        </w:tc>
      </w:tr>
      <w:tr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Calidad técnica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15 %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Documento claro, organizado y con fuentes.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Errores menores de forma o citación.</w:t>
            </w:r>
          </w:p>
        </w:tc>
        <w:tc>
          <w:tcPr>
            <w:tcW w:type="dxa" w:w="1987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Problemas importantes de claridad o fuentes.</w:t>
            </w:r>
          </w:p>
        </w:tc>
      </w:tr>
    </w:tbl>
    <w:p/>
    <w:p>
      <w:pPr>
        <w:pStyle w:val="Heading1"/>
      </w:pPr>
      <w:r>
        <w:t>9. Glosario para el aula virtual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Término</w:t>
            </w:r>
          </w:p>
        </w:tc>
        <w:tc>
          <w:tcPr>
            <w:tcW w:type="dxa" w:w="4968"/>
            <w:shd w:fill="0057B8"/>
          </w:tcPr>
          <w:p>
            <w:pPr>
              <w:spacing w:after="20"/>
            </w:pPr>
            <w:r/>
            <w:r>
              <w:rPr>
                <w:b/>
                <w:color w:val="FFFFFF"/>
                <w:sz w:val="17"/>
              </w:rPr>
              <w:t>Definición breve</w:t>
            </w:r>
          </w:p>
        </w:tc>
      </w:tr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Estrategia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Enfoque de decisiones y acciones para alcanzar objetivos relevantes.</w:t>
            </w:r>
          </w:p>
        </w:tc>
      </w:tr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Misión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Razón de ser de una organización.</w:t>
            </w:r>
          </w:p>
        </w:tc>
      </w:tr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Visión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Aspiración sobre el futuro deseado.</w:t>
            </w:r>
          </w:p>
        </w:tc>
      </w:tr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Valores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Principios que orientan decisiones y comportamientos.</w:t>
            </w:r>
          </w:p>
        </w:tc>
      </w:tr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FODA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Herramienta de análisis de fortalezas, oportunidades, debilidades y amenazas.</w:t>
            </w:r>
          </w:p>
        </w:tc>
      </w:tr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PESTEL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Análisis de factores políticos, económicos, sociales, tecnológicos, ambientales y legales.</w:t>
            </w:r>
          </w:p>
        </w:tc>
      </w:tr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Objetivo SMART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Objetivo específico, medible, alcanzable, relevante y temporal.</w:t>
            </w:r>
          </w:p>
        </w:tc>
      </w:tr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Indicador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Medida del desempeño o avance hacia un resultado.</w:t>
            </w:r>
          </w:p>
        </w:tc>
      </w:tr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Línea base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Valor inicial de referencia para comparar avances.</w:t>
            </w:r>
          </w:p>
        </w:tc>
      </w:tr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Eficiencia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Relación entre recursos utilizados y productos o servicios generados.</w:t>
            </w:r>
          </w:p>
        </w:tc>
      </w:tr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Eficacia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Grado de cumplimiento de objetivos.</w:t>
            </w:r>
          </w:p>
        </w:tc>
      </w:tr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Riesgo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Evento o condición incierta que puede afectar los objetivos.</w:t>
            </w:r>
          </w:p>
        </w:tc>
      </w:tr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PHVA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Ciclo de mejora continua: planificar, hacer, verificar y actuar.</w:t>
            </w:r>
          </w:p>
        </w:tc>
      </w:tr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Grupo de interés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b w:val="0"/>
                <w:sz w:val="16"/>
              </w:rPr>
              <w:t>Persona o entidad que afecta o puede verse afectada por la organización.</w:t>
            </w:r>
          </w:p>
        </w:tc>
      </w:tr>
    </w:tbl>
    <w:p/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Planificación Estratégica y Desarrollo Organizacional · Paquete de recursos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46464"/>
        <w:sz w:val="16"/>
      </w:rPr>
      <w:t>IEF EDUCACIÓN  |  RECURSOS PARA PLATAFORMA E-LEARNING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 w:eastAsia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57B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 w:eastAsia="Aptos"/>
      <w:b/>
      <w:bCs/>
      <w:color w:val="0057B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 w:eastAsia="Aptos"/>
      <w:b/>
      <w:bCs/>
      <w:color w:val="33333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0057B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